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13565"/>
          <w:sz w:val="32"/>
        </w:rPr>
        <w:t>Diminished value demand letter</w:t>
      </w:r>
    </w:p>
    <w:p>
      <w:r>
        <w:rPr>
          <w:i/>
          <w:color w:val="55606B"/>
          <w:sz w:val="20"/>
        </w:rPr>
        <w:t>Replace everything in [brackets]. Keep it to one page. The amount must match your appraisal.</w:t>
      </w:r>
    </w:p>
    <w:p>
      <w:pPr>
        <w:spacing w:after="0"/>
      </w:pPr>
      <w:r>
        <w:rPr>
          <w:b w:val="0"/>
        </w:rPr>
        <w:t>[Your full name]</w:t>
      </w:r>
    </w:p>
    <w:p>
      <w:pPr>
        <w:spacing w:after="0"/>
      </w:pPr>
      <w:r>
        <w:rPr>
          <w:b w:val="0"/>
        </w:rPr>
        <w:t>[Street address]</w:t>
      </w:r>
    </w:p>
    <w:p>
      <w:pPr>
        <w:spacing w:after="0"/>
      </w:pPr>
      <w:r>
        <w:rPr>
          <w:b w:val="0"/>
        </w:rPr>
        <w:t>[City, State ZIP]</w:t>
      </w:r>
    </w:p>
    <w:p>
      <w:pPr>
        <w:spacing w:after="0"/>
      </w:pPr>
      <w:r>
        <w:rPr>
          <w:b w:val="0"/>
        </w:rPr>
        <w:t>[Phone]  ·  [Email]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[Date]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[Adjuster’s name]</w:t>
      </w:r>
    </w:p>
    <w:p>
      <w:pPr>
        <w:spacing w:after="0"/>
      </w:pPr>
      <w:r>
        <w:rPr>
          <w:b w:val="0"/>
        </w:rPr>
        <w:t>[Insurance company]</w:t>
      </w:r>
    </w:p>
    <w:p>
      <w:pPr>
        <w:spacing w:after="0"/>
      </w:pPr>
      <w:r>
        <w:rPr>
          <w:b w:val="0"/>
        </w:rPr>
        <w:t>[Claims address or email]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/>
        </w:rPr>
        <w:t>Re:  Diminished value claim</w:t>
      </w:r>
    </w:p>
    <w:p>
      <w:pPr>
        <w:spacing w:after="0"/>
      </w:pPr>
      <w:r>
        <w:rPr>
          <w:b w:val="0"/>
        </w:rPr>
        <w:t>Claim number: [claim number]</w:t>
      </w:r>
    </w:p>
    <w:p>
      <w:pPr>
        <w:spacing w:after="0"/>
      </w:pPr>
      <w:r>
        <w:rPr>
          <w:b w:val="0"/>
        </w:rPr>
        <w:t>Your insured: [at-fault driver’s name]</w:t>
      </w:r>
    </w:p>
    <w:p>
      <w:pPr>
        <w:spacing w:after="0"/>
      </w:pPr>
      <w:r>
        <w:rPr>
          <w:b w:val="0"/>
        </w:rPr>
        <w:t>Date of loss: [date of accident]</w:t>
      </w:r>
    </w:p>
    <w:p>
      <w:pPr>
        <w:spacing w:after="0"/>
      </w:pPr>
      <w:r>
        <w:rPr>
          <w:b w:val="0"/>
        </w:rPr>
        <w:t>Vehicle: [year, make, model, trim]  ·  VIN [VIN]  ·  [mileage] miles at the time of the accident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Dear [Adjuster’s name]:</w:t>
      </w:r>
    </w:p>
    <w:p>
      <w:pPr>
        <w:spacing w:after="120"/>
      </w:pPr>
      <w:r>
        <w:rPr>
          <w:b w:val="0"/>
        </w:rPr>
        <w:t>On [date of accident], my vehicle was damaged in a collision with your insured. The vehicle was repaired at [repair shop] and the repairs were completed on [date]. The final repair invoice totals $[amount] and includes [short description of the main repairs, for example: replacement of the left quarter panel and structural repair to the rear body].</w:t>
      </w:r>
    </w:p>
    <w:p>
      <w:pPr>
        <w:spacing w:after="120"/>
      </w:pPr>
      <w:r>
        <w:rPr>
          <w:b w:val="0"/>
        </w:rPr>
        <w:t>Although the repairs are complete, the vehicle now has an accident history and is worth less than it was immediately before the accident. I am claiming that loss in market value from your insured.</w:t>
      </w:r>
    </w:p>
    <w:p>
      <w:pPr>
        <w:spacing w:after="120"/>
      </w:pPr>
      <w:r>
        <w:rPr>
          <w:b w:val="0"/>
        </w:rPr>
        <w:t>An independent appraisal dated [date], prepared by [appraiser], measures the loss at $[amount]. The appraisal compares vehicles like mine with and without accident history and explains how the figure was reached. I am claiming $[same amount].</w:t>
      </w:r>
    </w:p>
    <w:p>
      <w:pPr>
        <w:spacing w:after="40"/>
      </w:pPr>
      <w:r>
        <w:rPr>
          <w:b/>
        </w:rPr>
        <w:t>Enclosed:</w:t>
      </w:r>
    </w:p>
    <w:p>
      <w:pPr>
        <w:spacing w:after="0"/>
      </w:pPr>
      <w:r>
        <w:rPr>
          <w:b w:val="0"/>
        </w:rPr>
        <w:t>•  Diminished value appraisal report dated [date]</w:t>
      </w:r>
    </w:p>
    <w:p>
      <w:pPr>
        <w:spacing w:after="0"/>
      </w:pPr>
      <w:r>
        <w:rPr>
          <w:b w:val="0"/>
        </w:rPr>
        <w:t>•  Final repair invoice from [repair shop]</w:t>
      </w:r>
    </w:p>
    <w:p>
      <w:pPr>
        <w:spacing w:after="0"/>
      </w:pPr>
      <w:r>
        <w:rPr>
          <w:b w:val="0"/>
        </w:rPr>
        <w:t>•  Photographs of the damage and of the repaired vehicle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Please confirm in writing that you have received this letter, and send me your written response by [date, two to four weeks out]. If you need anything further to evaluate the claim, let me know in writing.</w:t>
      </w:r>
    </w:p>
    <w:p>
      <w:pPr>
        <w:spacing w:after="120"/>
      </w:pPr>
      <w:r>
        <w:rPr>
          <w:b w:val="0"/>
        </w:rPr>
        <w:t>Sincerely,</w:t>
      </w:r>
    </w:p>
    <w:p>
      <w:pPr>
        <w:spacing w:after="120"/>
      </w:pPr>
      <w:r>
        <w:rPr>
          <w:b w:val="0"/>
        </w:rPr>
      </w:r>
    </w:p>
    <w:p>
      <w:pPr>
        <w:spacing w:after="0"/>
      </w:pPr>
      <w:r>
        <w:rPr>
          <w:b w:val="0"/>
        </w:rPr>
        <w:t>[Signature]</w:t>
      </w:r>
    </w:p>
    <w:p>
      <w:pPr>
        <w:spacing w:after="120"/>
      </w:pPr>
      <w:r>
        <w:rPr>
          <w:b w:val="0"/>
        </w:rPr>
        <w:t>[Printed name]</w:t>
      </w:r>
    </w:p>
    <w:p>
      <w:pPr>
        <w:spacing w:before="280"/>
      </w:pPr>
      <w:r>
        <w:rPr>
          <w:i/>
          <w:color w:val="55606B"/>
          <w:sz w:val="17"/>
        </w:rPr>
        <w:t>Provided by Autoloss (autoloss.com), an independent vehicle-appraisal company. This is a general template, not legal advice. Laws and policy terms differ; adapt it to your claim and ask an attorney in your state if you are unsure.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